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35305" w:rsidRPr="00D35305" w:rsidTr="00ED500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D35305" w:rsidRPr="00D35305" w:rsidRDefault="00D35305" w:rsidP="00D35305">
            <w:pPr>
              <w:keepNext/>
              <w:jc w:val="center"/>
              <w:rPr>
                <w:i/>
                <w:color w:val="595959"/>
              </w:rPr>
            </w:pPr>
            <w:r w:rsidRPr="00D35305">
              <w:rPr>
                <w:rFonts w:asciiTheme="majorHAnsi" w:hAnsiTheme="majorHAnsi"/>
                <w:noProof/>
                <w:lang w:val="ro-RO" w:eastAsia="ro-RO"/>
              </w:rPr>
              <w:drawing>
                <wp:inline distT="0" distB="0" distL="0" distR="0" wp14:anchorId="52017456" wp14:editId="1CD8F34B">
                  <wp:extent cx="904875" cy="1181100"/>
                  <wp:effectExtent l="19050" t="0" r="9525" b="0"/>
                  <wp:docPr id="1" name="Picture 3" descr="ROU_BT_Manoleasa_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U_BT_Manoleasa_C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5305" w:rsidRPr="00D35305" w:rsidRDefault="00D35305" w:rsidP="00D35305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D35305" w:rsidRPr="00D35305" w:rsidRDefault="00D35305" w:rsidP="00D35305">
            <w:pPr>
              <w:keepNext/>
            </w:pPr>
            <w:proofErr w:type="spellStart"/>
            <w:r w:rsidRPr="00D35305">
              <w:rPr>
                <w:b/>
              </w:rPr>
              <w:t>Județul</w:t>
            </w:r>
            <w:proofErr w:type="spellEnd"/>
            <w:r w:rsidRPr="00D35305">
              <w:rPr>
                <w:b/>
              </w:rPr>
              <w:t xml:space="preserve">   </w:t>
            </w:r>
            <w:proofErr w:type="spellStart"/>
            <w:r w:rsidRPr="00D35305">
              <w:rPr>
                <w:b/>
              </w:rPr>
              <w:t>Botoșani</w:t>
            </w:r>
            <w:proofErr w:type="spellEnd"/>
          </w:p>
          <w:p w:rsidR="00D35305" w:rsidRPr="00D35305" w:rsidRDefault="00D35305" w:rsidP="00D35305">
            <w:pPr>
              <w:keepNext/>
            </w:pPr>
          </w:p>
        </w:tc>
      </w:tr>
      <w:tr w:rsidR="00D35305" w:rsidRPr="00D35305" w:rsidTr="00ED500B">
        <w:trPr>
          <w:cantSplit/>
          <w:trHeight w:val="510"/>
        </w:trPr>
        <w:tc>
          <w:tcPr>
            <w:tcW w:w="1606" w:type="dxa"/>
            <w:vMerge/>
          </w:tcPr>
          <w:p w:rsidR="00D35305" w:rsidRPr="00D35305" w:rsidRDefault="00D35305" w:rsidP="00D35305"/>
        </w:tc>
        <w:tc>
          <w:tcPr>
            <w:tcW w:w="8030" w:type="dxa"/>
            <w:gridSpan w:val="3"/>
            <w:shd w:val="clear" w:color="auto" w:fill="F0F0F0"/>
          </w:tcPr>
          <w:p w:rsidR="00D35305" w:rsidRPr="00D35305" w:rsidRDefault="00D35305" w:rsidP="00D35305">
            <w:pPr>
              <w:keepNext/>
            </w:pPr>
            <w:proofErr w:type="spellStart"/>
            <w:r w:rsidRPr="00D35305">
              <w:rPr>
                <w:b/>
              </w:rPr>
              <w:t>Primăria</w:t>
            </w:r>
            <w:proofErr w:type="spellEnd"/>
            <w:r w:rsidRPr="00D35305">
              <w:rPr>
                <w:b/>
              </w:rPr>
              <w:t xml:space="preserve"> </w:t>
            </w:r>
            <w:proofErr w:type="spellStart"/>
            <w:r w:rsidRPr="00D35305">
              <w:rPr>
                <w:b/>
              </w:rPr>
              <w:t>Manoleasa</w:t>
            </w:r>
            <w:proofErr w:type="spellEnd"/>
          </w:p>
          <w:p w:rsidR="00D35305" w:rsidRPr="00D35305" w:rsidRDefault="00D35305" w:rsidP="00D35305">
            <w:pPr>
              <w:keepNext/>
            </w:pPr>
          </w:p>
        </w:tc>
      </w:tr>
      <w:tr w:rsidR="00D35305" w:rsidRPr="00D35305" w:rsidTr="00ED500B">
        <w:trPr>
          <w:cantSplit/>
          <w:trHeight w:val="510"/>
        </w:trPr>
        <w:tc>
          <w:tcPr>
            <w:tcW w:w="1606" w:type="dxa"/>
            <w:vMerge/>
          </w:tcPr>
          <w:p w:rsidR="00D35305" w:rsidRPr="00D35305" w:rsidRDefault="00D35305" w:rsidP="00D35305"/>
        </w:tc>
        <w:tc>
          <w:tcPr>
            <w:tcW w:w="2409" w:type="dxa"/>
            <w:shd w:val="clear" w:color="auto" w:fill="F0F0F0"/>
          </w:tcPr>
          <w:p w:rsidR="00D35305" w:rsidRPr="00D35305" w:rsidRDefault="00D35305" w:rsidP="00D35305">
            <w:pPr>
              <w:keepNext/>
              <w:rPr>
                <w:lang w:val="fr-FR"/>
              </w:rPr>
            </w:pPr>
            <w:r w:rsidRPr="00D35305">
              <w:rPr>
                <w:b/>
                <w:lang w:val="fr-FR"/>
              </w:rPr>
              <w:t xml:space="preserve">Cod </w:t>
            </w:r>
            <w:proofErr w:type="gramStart"/>
            <w:r w:rsidRPr="00D35305">
              <w:rPr>
                <w:b/>
                <w:lang w:val="fr-FR"/>
              </w:rPr>
              <w:t xml:space="preserve">de </w:t>
            </w:r>
            <w:proofErr w:type="spellStart"/>
            <w:r w:rsidRPr="00D35305">
              <w:rPr>
                <w:b/>
                <w:lang w:val="fr-FR"/>
              </w:rPr>
              <w:t>identificare</w:t>
            </w:r>
            <w:proofErr w:type="spellEnd"/>
            <w:proofErr w:type="gramEnd"/>
            <w:r w:rsidRPr="00D35305">
              <w:rPr>
                <w:b/>
                <w:lang w:val="fr-FR"/>
              </w:rPr>
              <w:t xml:space="preserve"> </w:t>
            </w:r>
            <w:proofErr w:type="spellStart"/>
            <w:r w:rsidRPr="00D35305">
              <w:rPr>
                <w:b/>
                <w:lang w:val="fr-FR"/>
              </w:rPr>
              <w:t>fiscală</w:t>
            </w:r>
            <w:proofErr w:type="spellEnd"/>
            <w:r w:rsidRPr="00D35305">
              <w:rPr>
                <w:b/>
                <w:lang w:val="fr-FR"/>
              </w:rPr>
              <w:t xml:space="preserve"> (CIF)</w:t>
            </w:r>
          </w:p>
          <w:p w:rsidR="00D35305" w:rsidRPr="00D35305" w:rsidRDefault="00D35305" w:rsidP="00D35305">
            <w:pPr>
              <w:keepNext/>
              <w:rPr>
                <w:lang w:val="fr-FR"/>
              </w:rPr>
            </w:pPr>
            <w:r w:rsidRPr="00D35305">
              <w:rPr>
                <w:b/>
                <w:lang w:val="it-IT"/>
              </w:rPr>
              <w:t>3643906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D35305" w:rsidRPr="00D35305" w:rsidRDefault="00D35305" w:rsidP="00D35305">
            <w:pPr>
              <w:keepNext/>
              <w:rPr>
                <w:b/>
                <w:lang w:val="pt-PT"/>
              </w:rPr>
            </w:pPr>
            <w:r w:rsidRPr="00D35305">
              <w:rPr>
                <w:b/>
                <w:lang w:val="pt-PT"/>
              </w:rPr>
              <w:t>Adresa: Strada Principal</w:t>
            </w:r>
            <w:r w:rsidRPr="00D35305">
              <w:rPr>
                <w:b/>
                <w:lang w:val="ro-RO"/>
              </w:rPr>
              <w:t>ă</w:t>
            </w:r>
            <w:r w:rsidRPr="00D35305">
              <w:rPr>
                <w:b/>
                <w:lang w:val="pt-PT"/>
              </w:rPr>
              <w:t>, Nr. 37, Cod poștal 717230</w:t>
            </w:r>
          </w:p>
          <w:p w:rsidR="00D35305" w:rsidRPr="00D35305" w:rsidRDefault="00D35305" w:rsidP="00D35305">
            <w:pPr>
              <w:keepNext/>
              <w:rPr>
                <w:b/>
                <w:lang w:val="it-IT"/>
              </w:rPr>
            </w:pPr>
            <w:r w:rsidRPr="00D35305">
              <w:rPr>
                <w:b/>
                <w:lang w:val="it-IT"/>
              </w:rPr>
              <w:t xml:space="preserve">Telefon: </w:t>
            </w:r>
            <w:r w:rsidRPr="00D35305">
              <w:rPr>
                <w:rFonts w:cs="Times New Roman"/>
                <w:b/>
                <w:lang w:eastAsia="ro-RO"/>
              </w:rPr>
              <w:t xml:space="preserve">0231-560101 / </w:t>
            </w:r>
            <w:r w:rsidRPr="00D35305">
              <w:rPr>
                <w:b/>
                <w:lang w:val="it-IT"/>
              </w:rPr>
              <w:t xml:space="preserve"> </w:t>
            </w:r>
            <w:r w:rsidRPr="00D35305">
              <w:rPr>
                <w:rFonts w:cs="Times New Roman"/>
                <w:b/>
                <w:lang w:eastAsia="ro-RO"/>
              </w:rPr>
              <w:t>0231-560222</w:t>
            </w:r>
          </w:p>
          <w:p w:rsidR="00D35305" w:rsidRPr="00D35305" w:rsidRDefault="00D35305" w:rsidP="00D35305">
            <w:pPr>
              <w:keepNext/>
              <w:rPr>
                <w:b/>
                <w:lang w:val="it-IT"/>
              </w:rPr>
            </w:pPr>
            <w:r w:rsidRPr="00D35305">
              <w:rPr>
                <w:b/>
                <w:lang w:val="it-IT"/>
              </w:rPr>
              <w:t xml:space="preserve">E-mail: </w:t>
            </w:r>
            <w:r w:rsidRPr="00D35305">
              <w:rPr>
                <w:rFonts w:cs="Times New Roman"/>
                <w:lang w:eastAsia="ro-RO"/>
              </w:rPr>
              <w:t xml:space="preserve">: </w:t>
            </w:r>
            <w:hyperlink r:id="rId9" w:history="1">
              <w:r w:rsidRPr="00D35305">
                <w:rPr>
                  <w:rFonts w:cs="Times New Roman"/>
                  <w:b/>
                </w:rPr>
                <w:t>primaria_manoleasa@yahoo.com</w:t>
              </w:r>
            </w:hyperlink>
          </w:p>
          <w:p w:rsidR="00D35305" w:rsidRPr="00D35305" w:rsidRDefault="00D35305" w:rsidP="00D35305">
            <w:pPr>
              <w:keepNext/>
              <w:rPr>
                <w:b/>
              </w:rPr>
            </w:pPr>
            <w:r w:rsidRPr="00D35305">
              <w:rPr>
                <w:rFonts w:cs="Times New Roman"/>
                <w:b/>
                <w:lang w:eastAsia="ro-RO"/>
              </w:rPr>
              <w:t xml:space="preserve">internet: </w:t>
            </w:r>
            <w:hyperlink r:id="rId10" w:history="1">
              <w:r w:rsidRPr="00D35305">
                <w:rPr>
                  <w:rFonts w:cs="Times New Roman"/>
                  <w:b/>
                </w:rPr>
                <w:t>http://www.comunamanoleasa.ro</w:t>
              </w:r>
            </w:hyperlink>
          </w:p>
        </w:tc>
      </w:tr>
      <w:tr w:rsidR="00D35305" w:rsidRPr="00D35305" w:rsidTr="00ED500B">
        <w:trPr>
          <w:cantSplit/>
          <w:trHeight w:val="510"/>
        </w:trPr>
        <w:tc>
          <w:tcPr>
            <w:tcW w:w="1606" w:type="dxa"/>
            <w:vMerge/>
          </w:tcPr>
          <w:p w:rsidR="00D35305" w:rsidRPr="00D35305" w:rsidRDefault="00D35305" w:rsidP="00D35305"/>
        </w:tc>
        <w:tc>
          <w:tcPr>
            <w:tcW w:w="4818" w:type="dxa"/>
            <w:gridSpan w:val="2"/>
            <w:shd w:val="clear" w:color="auto" w:fill="F0F0F0"/>
          </w:tcPr>
          <w:p w:rsidR="00D35305" w:rsidRPr="00D35305" w:rsidRDefault="00D35305" w:rsidP="00D35305">
            <w:pPr>
              <w:keepNext/>
            </w:pPr>
            <w:proofErr w:type="spellStart"/>
            <w:r w:rsidRPr="00D35305">
              <w:rPr>
                <w:b/>
              </w:rPr>
              <w:t>Număr</w:t>
            </w:r>
            <w:proofErr w:type="spellEnd"/>
            <w:r w:rsidRPr="00D35305">
              <w:rPr>
                <w:b/>
              </w:rPr>
              <w:t xml:space="preserve"> de </w:t>
            </w:r>
            <w:proofErr w:type="spellStart"/>
            <w:r w:rsidRPr="00D35305">
              <w:rPr>
                <w:b/>
              </w:rPr>
              <w:t>înregistrare</w:t>
            </w:r>
            <w:proofErr w:type="spellEnd"/>
          </w:p>
          <w:p w:rsidR="00D35305" w:rsidRPr="00D35305" w:rsidRDefault="00D35305" w:rsidP="00D353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D35305" w:rsidRPr="00D35305" w:rsidRDefault="00D35305" w:rsidP="00D35305">
            <w:pPr>
              <w:keepNext/>
            </w:pPr>
            <w:r w:rsidRPr="00D35305">
              <w:rPr>
                <w:b/>
              </w:rPr>
              <w:t>Data</w:t>
            </w:r>
          </w:p>
          <w:p w:rsidR="00D35305" w:rsidRPr="00D35305" w:rsidRDefault="00D35305" w:rsidP="00D35305">
            <w:pPr>
              <w:keepNext/>
            </w:pPr>
          </w:p>
        </w:tc>
      </w:tr>
    </w:tbl>
    <w:p w:rsidR="00AD35FD" w:rsidRPr="005E6036" w:rsidRDefault="00777DCA" w:rsidP="007050CD">
      <w:pPr>
        <w:spacing w:before="140" w:after="40"/>
        <w:jc w:val="center"/>
        <w:rPr>
          <w:sz w:val="28"/>
          <w:szCs w:val="28"/>
        </w:rPr>
      </w:pPr>
      <w:bookmarkStart w:id="0" w:name="_GoBack"/>
      <w:bookmarkEnd w:id="0"/>
      <w:r w:rsidRPr="005E6036">
        <w:rPr>
          <w:b/>
          <w:sz w:val="28"/>
          <w:szCs w:val="28"/>
        </w:rPr>
        <w:t>ÎNȘTIINȚARE</w:t>
      </w:r>
    </w:p>
    <w:p w:rsidR="00AD35FD" w:rsidRDefault="00777DCA">
      <w:pPr>
        <w:spacing w:after="120"/>
        <w:jc w:val="center"/>
      </w:pPr>
      <w:r>
        <w:rPr>
          <w:sz w:val="19"/>
        </w:rPr>
        <w:t>privind încheierea execuției lucrărilor</w:t>
      </w:r>
    </w:p>
    <w:p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>
        <w:trPr>
          <w:cantSplit/>
        </w:trPr>
        <w:tc>
          <w:tcPr>
            <w:tcW w:w="9636" w:type="dxa"/>
            <w:shd w:val="clear" w:color="auto" w:fill="F4F4F4"/>
          </w:tcPr>
          <w:p w:rsidR="00AD35FD" w:rsidRDefault="00777DCA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>
        <w:trPr>
          <w:cantSplit/>
          <w:trHeight w:val="510"/>
        </w:trPr>
        <w:tc>
          <w:tcPr>
            <w:tcW w:w="9636" w:type="dxa"/>
          </w:tcPr>
          <w:p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>
        <w:trPr>
          <w:cantSplit/>
        </w:trPr>
        <w:tc>
          <w:tcPr>
            <w:tcW w:w="9636" w:type="dxa"/>
            <w:shd w:val="clear" w:color="auto" w:fill="F4F4F4"/>
          </w:tcPr>
          <w:p w:rsidR="00AD35FD" w:rsidRPr="005E6036" w:rsidRDefault="00777DCA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 </w:t>
            </w:r>
            <w:proofErr w:type="spellStart"/>
            <w:r w:rsidR="007050CD" w:rsidRPr="005E6036">
              <w:t>adresată</w:t>
            </w:r>
            <w:proofErr w:type="spellEnd"/>
            <w:r w:rsidR="007050CD"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777DCA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>
        <w:trPr>
          <w:cantSplit/>
          <w:trHeight w:val="510"/>
        </w:trPr>
        <w:tc>
          <w:tcPr>
            <w:tcW w:w="5621" w:type="dxa"/>
            <w:gridSpan w:val="5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777DCA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777DCA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777DCA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>
        <w:trPr>
          <w:cantSplit/>
          <w:trHeight w:val="510"/>
        </w:trPr>
        <w:tc>
          <w:tcPr>
            <w:tcW w:w="4015" w:type="dxa"/>
            <w:gridSpan w:val="3"/>
          </w:tcPr>
          <w:p w:rsidR="00AD35FD" w:rsidRDefault="00777DCA">
            <w:r>
              <w:rPr>
                <w:b/>
                <w:color w:val="0D5F78"/>
              </w:rPr>
              <w:t>Telefon / fax</w:t>
            </w:r>
          </w:p>
          <w:p w:rsidR="00AD35FD" w:rsidRDefault="00AD35FD"/>
        </w:tc>
        <w:tc>
          <w:tcPr>
            <w:tcW w:w="5621" w:type="dxa"/>
            <w:gridSpan w:val="5"/>
          </w:tcPr>
          <w:p w:rsidR="00AD35FD" w:rsidRDefault="00777DCA">
            <w:r>
              <w:rPr>
                <w:b/>
                <w:color w:val="0D5F78"/>
              </w:rPr>
              <w:t>E-mail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Pr="007050CD" w:rsidRDefault="00777DCA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2409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AD35FD" w:rsidRDefault="00AD35FD">
            <w:pPr>
              <w:keepNext/>
            </w:pPr>
          </w:p>
        </w:tc>
        <w:tc>
          <w:tcPr>
            <w:tcW w:w="5621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Default="00777DCA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>
        <w:trPr>
          <w:cantSplit/>
          <w:trHeight w:val="510"/>
        </w:trPr>
        <w:tc>
          <w:tcPr>
            <w:tcW w:w="9636" w:type="dxa"/>
            <w:gridSpan w:val="3"/>
          </w:tcPr>
          <w:p w:rsidR="00AD35FD" w:rsidRPr="007050CD" w:rsidRDefault="00777DCA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>
        <w:trPr>
          <w:cantSplit/>
          <w:trHeight w:val="510"/>
        </w:trPr>
        <w:tc>
          <w:tcPr>
            <w:tcW w:w="9636" w:type="dxa"/>
            <w:gridSpan w:val="3"/>
          </w:tcPr>
          <w:p w:rsidR="00AD35FD" w:rsidRDefault="00777DCA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:rsidR="00AD35FD" w:rsidRDefault="00AD35FD"/>
        </w:tc>
      </w:tr>
    </w:tbl>
    <w:p w:rsidR="00AD35FD" w:rsidRPr="005E6036" w:rsidRDefault="00777DCA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>
        <w:trPr>
          <w:cantSplit/>
          <w:trHeight w:val="510"/>
        </w:trPr>
        <w:tc>
          <w:tcPr>
            <w:tcW w:w="2409" w:type="dxa"/>
          </w:tcPr>
          <w:p w:rsidR="00AD35FD" w:rsidRDefault="00777DCA">
            <w:r>
              <w:rPr>
                <w:b/>
                <w:color w:val="0D5F78"/>
              </w:rPr>
              <w:t>Că la data de</w:t>
            </w:r>
          </w:p>
          <w:p w:rsidR="00AD35FD" w:rsidRDefault="00AD35FD"/>
        </w:tc>
        <w:tc>
          <w:tcPr>
            <w:tcW w:w="1606" w:type="dxa"/>
          </w:tcPr>
          <w:p w:rsidR="00AD35FD" w:rsidRDefault="00777DCA">
            <w:r>
              <w:rPr>
                <w:b/>
                <w:color w:val="0D5F78"/>
              </w:rPr>
              <w:t>ora</w:t>
            </w:r>
          </w:p>
          <w:p w:rsidR="00AD35FD" w:rsidRDefault="00AD35FD"/>
        </w:tc>
        <w:tc>
          <w:tcPr>
            <w:tcW w:w="5621" w:type="dxa"/>
          </w:tcPr>
          <w:p w:rsidR="00AD35FD" w:rsidRPr="007050CD" w:rsidRDefault="00777DCA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au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:rsidR="00AD35FD" w:rsidRDefault="00777DCA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D35FD" w:rsidRDefault="00777DCA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>
        <w:trPr>
          <w:cantSplit/>
        </w:trPr>
        <w:tc>
          <w:tcPr>
            <w:tcW w:w="9636" w:type="dxa"/>
            <w:gridSpan w:val="6"/>
          </w:tcPr>
          <w:p w:rsidR="00AD35FD" w:rsidRDefault="00777DCA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2409" w:type="dxa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5621" w:type="dxa"/>
            <w:gridSpan w:val="3"/>
          </w:tcPr>
          <w:p w:rsidR="00AD35FD" w:rsidRPr="007050CD" w:rsidRDefault="00777DCA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:rsidR="00AD35FD" w:rsidRPr="007050CD" w:rsidRDefault="00777DCA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D35FD" w:rsidRDefault="00777DCA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AD35FD" w:rsidRDefault="00AD35FD">
            <w:pPr>
              <w:keepNext/>
            </w:pPr>
          </w:p>
        </w:tc>
      </w:tr>
    </w:tbl>
    <w:p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AD35FD" w:rsidRDefault="00777DCA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>
        <w:trPr>
          <w:cantSplit/>
          <w:trHeight w:val="510"/>
        </w:trPr>
        <w:tc>
          <w:tcPr>
            <w:tcW w:w="7227" w:type="dxa"/>
          </w:tcPr>
          <w:p w:rsidR="00AD35FD" w:rsidRPr="007050CD" w:rsidRDefault="00777DCA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:rsidR="00AD35FD" w:rsidRDefault="00777DCA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Default="00777DCA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777DCA">
            <w:r>
              <w:rPr>
                <w:b/>
                <w:color w:val="0D5F78"/>
              </w:rPr>
              <w:t>Data</w:t>
            </w:r>
          </w:p>
          <w:p w:rsidR="00AD35FD" w:rsidRDefault="00AD35FD"/>
        </w:tc>
        <w:tc>
          <w:tcPr>
            <w:tcW w:w="4818" w:type="dxa"/>
          </w:tcPr>
          <w:p w:rsidR="00AD35FD" w:rsidRDefault="00777DCA">
            <w:r>
              <w:rPr>
                <w:b/>
                <w:color w:val="0D5F78"/>
              </w:rPr>
              <w:t>Titularul autorizației</w:t>
            </w:r>
          </w:p>
          <w:p w:rsidR="00AD35FD" w:rsidRDefault="00AD35FD"/>
        </w:tc>
        <w:tc>
          <w:tcPr>
            <w:tcW w:w="3212" w:type="dxa"/>
          </w:tcPr>
          <w:p w:rsidR="00AD35FD" w:rsidRDefault="00777DCA">
            <w:r>
              <w:rPr>
                <w:b/>
                <w:color w:val="0D5F78"/>
              </w:rPr>
              <w:t>Semnătura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sectPr w:rsidR="00AD35FD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E6F" w:rsidRDefault="001D6E6F">
      <w:r>
        <w:separator/>
      </w:r>
    </w:p>
  </w:endnote>
  <w:endnote w:type="continuationSeparator" w:id="0">
    <w:p w:rsidR="001D6E6F" w:rsidRDefault="001D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5FD" w:rsidRDefault="00777DCA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  <w:t>pagina</w:t>
    </w:r>
    <w:r w:rsidR="002A1E92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2A1E92">
      <w:rPr>
        <w:color w:val="595959"/>
      </w:rPr>
      <w:fldChar w:fldCharType="separate"/>
    </w:r>
    <w:r w:rsidR="00C63482">
      <w:rPr>
        <w:noProof/>
        <w:color w:val="595959"/>
      </w:rPr>
      <w:t>1</w:t>
    </w:r>
    <w:r w:rsidR="002A1E92">
      <w:rPr>
        <w:color w:val="595959"/>
      </w:rPr>
      <w:fldChar w:fldCharType="end"/>
    </w:r>
    <w:r>
      <w:rPr>
        <w:color w:val="595959"/>
      </w:rPr>
      <w:t xml:space="preserve"> din </w:t>
    </w:r>
    <w:r w:rsidR="002A1E92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2A1E92">
      <w:rPr>
        <w:color w:val="595959"/>
      </w:rPr>
      <w:fldChar w:fldCharType="separate"/>
    </w:r>
    <w:r w:rsidR="00C63482">
      <w:rPr>
        <w:noProof/>
        <w:color w:val="595959"/>
      </w:rPr>
      <w:t>1</w:t>
    </w:r>
    <w:r w:rsidR="002A1E92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E6F" w:rsidRDefault="001D6E6F">
      <w:r>
        <w:separator/>
      </w:r>
    </w:p>
  </w:footnote>
  <w:footnote w:type="continuationSeparator" w:id="0">
    <w:p w:rsidR="001D6E6F" w:rsidRDefault="001D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1D6E6F"/>
    <w:rsid w:val="0029639D"/>
    <w:rsid w:val="002A1E92"/>
    <w:rsid w:val="00326F90"/>
    <w:rsid w:val="005E6036"/>
    <w:rsid w:val="006C103E"/>
    <w:rsid w:val="007050CD"/>
    <w:rsid w:val="00705B6E"/>
    <w:rsid w:val="00777DCA"/>
    <w:rsid w:val="008D313B"/>
    <w:rsid w:val="008E3393"/>
    <w:rsid w:val="00A3704B"/>
    <w:rsid w:val="00AA1D8D"/>
    <w:rsid w:val="00AD35FD"/>
    <w:rsid w:val="00B47730"/>
    <w:rsid w:val="00B624F5"/>
    <w:rsid w:val="00B769B5"/>
    <w:rsid w:val="00C63482"/>
    <w:rsid w:val="00CB0664"/>
    <w:rsid w:val="00D35305"/>
    <w:rsid w:val="00E61A6B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ADB892-7C3C-47C6-B765-619E4C903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777DC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77DCA"/>
    <w:rPr>
      <w:rFonts w:ascii="Tahoma" w:hAnsi="Tahoma" w:cs="Tahoma"/>
      <w:sz w:val="16"/>
      <w:szCs w:val="16"/>
    </w:rPr>
  </w:style>
  <w:style w:type="character" w:styleId="Hyperlink">
    <w:name w:val="Hyperlink"/>
    <w:rsid w:val="00705B6E"/>
    <w:rPr>
      <w:b/>
      <w:bCs/>
      <w:strike w:val="0"/>
      <w:dstrike w:val="0"/>
      <w:color w:val="FF66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9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anoleas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_manoleas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B307E6-4235-4A66-8577-F0C1B499F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agricol</dc:creator>
  <cp:lastModifiedBy>Laptop</cp:lastModifiedBy>
  <cp:revision>17</cp:revision>
  <dcterms:created xsi:type="dcterms:W3CDTF">2026-10-15T12:25:00Z</dcterms:created>
  <dcterms:modified xsi:type="dcterms:W3CDTF">2026-10-27T08:37:00Z</dcterms:modified>
</cp:coreProperties>
</file>